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BILL OF LADING (DRAFT)</w:t>
      </w:r>
    </w:p>
    <w:p>
      <w:r>
        <w:t>B/L NO.(提单号): OOLU3410346996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Shipper (Principal or Seller) (发货人)</w:t>
            </w:r>
          </w:p>
        </w:tc>
        <w:tc>
          <w:tcPr>
            <w:tcW w:type="dxa" w:w="4320"/>
          </w:tcPr>
          <w:p>
            <w:r>
              <w:t>ASIA PACIFIC PAPERBOARD TRADING PTE LTD</w:t>
              <w:br/>
              <w:t>80 RAFFLES PLACE, #50-01 UOB PLAZA 1</w:t>
              <w:br/>
              <w:t>SINGAPORE 048624</w:t>
            </w:r>
          </w:p>
        </w:tc>
      </w:tr>
      <w:tr>
        <w:tc>
          <w:tcPr>
            <w:tcW w:type="dxa" w:w="4320"/>
          </w:tcPr>
          <w:p>
            <w:r>
              <w:t>CONSIGNEE (收货人)</w:t>
            </w:r>
          </w:p>
        </w:tc>
        <w:tc>
          <w:tcPr>
            <w:tcW w:type="dxa" w:w="4320"/>
          </w:tcPr>
          <w:p>
            <w:r>
              <w:t>3S PAPER PRODUCTS SDN BHD</w:t>
              <w:br/>
              <w:t>NO 12, JALAN INDUSTRI 3/6</w:t>
              <w:br/>
              <w:t>RAWANG INTEGRATED INDUSTRIAL PARK</w:t>
              <w:br/>
              <w:t>48000 RAWANG, SELANGOR, MALAYSIA</w:t>
            </w:r>
          </w:p>
        </w:tc>
      </w:tr>
      <w:tr>
        <w:tc>
          <w:tcPr>
            <w:tcW w:type="dxa" w:w="4320"/>
          </w:tcPr>
          <w:p>
            <w:r>
              <w:t>Notify (通知人)</w:t>
            </w:r>
          </w:p>
        </w:tc>
        <w:tc>
          <w:tcPr>
            <w:tcW w:type="dxa" w:w="4320"/>
          </w:tcPr>
          <w:p>
            <w:r>
              <w:t>ORIENT LINKS CO (LLC)</w:t>
              <w:br/>
              <w:t>P.O. BOX 61041</w:t>
              <w:br/>
              <w:t>JEBEL ALI, DUBAI, UAE</w:t>
            </w:r>
          </w:p>
        </w:tc>
      </w:tr>
      <w:tr>
        <w:tc>
          <w:tcPr>
            <w:tcW w:type="dxa" w:w="4320"/>
          </w:tcPr>
          <w:p>
            <w:r>
              <w:t>POL (装货港)</w:t>
            </w:r>
          </w:p>
        </w:tc>
        <w:tc>
          <w:tcPr>
            <w:tcW w:type="dxa" w:w="4320"/>
          </w:tcPr>
          <w:p>
            <w:r>
              <w:t>BUATAN, INDONESIA</w:t>
            </w:r>
          </w:p>
        </w:tc>
      </w:tr>
      <w:tr>
        <w:tc>
          <w:tcPr>
            <w:tcW w:type="dxa" w:w="4320"/>
          </w:tcPr>
          <w:p>
            <w:r>
              <w:t>Port of Discharge (POD) (卸货港)</w:t>
            </w:r>
          </w:p>
        </w:tc>
        <w:tc>
          <w:tcPr>
            <w:tcW w:type="dxa" w:w="4320"/>
          </w:tcPr>
          <w:p>
            <w:r>
              <w:t>CONAKRY, GUINEA</w:t>
            </w:r>
          </w:p>
        </w:tc>
      </w:tr>
      <w:tr>
        <w:tc>
          <w:tcPr>
            <w:tcW w:type="dxa" w:w="4320"/>
          </w:tcPr>
          <w:p>
            <w:r>
              <w:t>No. of Containers or Packages (箱数)</w:t>
            </w:r>
          </w:p>
        </w:tc>
        <w:tc>
          <w:tcPr>
            <w:tcW w:type="dxa" w:w="4320"/>
          </w:tcPr>
          <w:p>
            <w:r>
              <w:t>5 x 20'GP</w:t>
            </w:r>
          </w:p>
        </w:tc>
      </w:tr>
      <w:tr>
        <w:tc>
          <w:tcPr>
            <w:tcW w:type="dxa" w:w="4320"/>
          </w:tcPr>
          <w:p>
            <w:r>
              <w:t>GROSS WEIGHT (毛重 KGS)</w:t>
            </w:r>
          </w:p>
        </w:tc>
        <w:tc>
          <w:tcPr>
            <w:tcW w:type="dxa" w:w="4320"/>
          </w:tcPr>
          <w:p>
            <w:r>
              <w:t>116,055</w:t>
            </w:r>
          </w:p>
        </w:tc>
      </w:tr>
      <w:tr>
        <w:tc>
          <w:tcPr>
            <w:tcW w:type="dxa" w:w="4320"/>
          </w:tcPr>
          <w:p>
            <w:r>
              <w:t>Export Carrier (vessel, voyage) (船名)</w:t>
            </w:r>
          </w:p>
        </w:tc>
        <w:tc>
          <w:tcPr>
            <w:tcW w:type="dxa" w:w="4320"/>
          </w:tcPr>
          <w:p>
            <w:r>
              <w:t>LE HAVRE V.QI540A</w:t>
            </w:r>
          </w:p>
        </w:tc>
      </w:tr>
      <w:tr>
        <w:tc>
          <w:tcPr>
            <w:tcW w:type="dxa" w:w="4320"/>
          </w:tcPr>
          <w:p>
            <w:r>
              <w:t>Kinds of Packages; Description of Goods (货名)</w:t>
            </w:r>
          </w:p>
        </w:tc>
        <w:tc>
          <w:tcPr>
            <w:tcW w:type="dxa" w:w="4320"/>
          </w:tcPr>
          <w:p>
            <w:r>
              <w:t>COATED IVORY BOARD</w:t>
            </w:r>
          </w:p>
        </w:tc>
      </w:tr>
    </w:tbl>
    <w:p>
      <w:r>
        <w:t>ORDER NO.: 3768550789   FREIGHT PREPAID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