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EGLV353574859532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Shipper/Exporter (发货人)</w:t>
            </w:r>
          </w:p>
        </w:tc>
        <w:tc>
          <w:tcPr>
            <w:tcW w:type="dxa" w:w="4320"/>
          </w:tcPr>
          <w:p>
            <w:r>
              <w:t>APRIL FINE PAPER TRADING (MIDDLE EAST) FZE</w:t>
              <w:br/>
              <w:t>#813, 4 EA, DUBAI AIRPORT FREE ZONE</w:t>
              <w:br/>
              <w:t>P.O. BOX: 293775, DUBAI, UNITED ARAB EMIRATES</w:t>
            </w:r>
          </w:p>
        </w:tc>
      </w:tr>
      <w:tr>
        <w:tc>
          <w:tcPr>
            <w:tcW w:type="dxa" w:w="4320"/>
          </w:tcPr>
          <w:p>
            <w:r>
              <w:t>Consignee (Non-Negotiable) (收货人)</w:t>
            </w:r>
          </w:p>
        </w:tc>
        <w:tc>
          <w:tcPr>
            <w:tcW w:type="dxa" w:w="4320"/>
          </w:tcPr>
          <w:p>
            <w:r>
              <w:t>AL GURG STATIONERY LLC</w:t>
              <w:br/>
              <w:t>P.O. BOX 5069</w:t>
              <w:br/>
              <w:t>DUBAI, UNITED ARAB EMIRATES</w:t>
            </w:r>
          </w:p>
        </w:tc>
      </w:tr>
      <w:tr>
        <w:tc>
          <w:tcPr>
            <w:tcW w:type="dxa" w:w="4320"/>
          </w:tcPr>
          <w:p>
            <w:r>
              <w:t>NOTIFY PARTY (通知人)</w:t>
            </w:r>
          </w:p>
        </w:tc>
        <w:tc>
          <w:tcPr>
            <w:tcW w:type="dxa" w:w="4320"/>
          </w:tcPr>
          <w:p>
            <w:r>
              <w:t>AL GURG STATIONERY LLC</w:t>
              <w:br/>
              <w:t>P.O. BOX 5069</w:t>
              <w:br/>
              <w:t>DUBAI, UNITED ARAB EMIRATES</w:t>
            </w:r>
          </w:p>
        </w:tc>
      </w:tr>
      <w:tr>
        <w:tc>
          <w:tcPr>
            <w:tcW w:type="dxa" w:w="4320"/>
          </w:tcPr>
          <w:p>
            <w:r>
              <w:t>PORT OF LOADING (装货港)</w:t>
            </w:r>
          </w:p>
        </w:tc>
        <w:tc>
          <w:tcPr>
            <w:tcW w:type="dxa" w:w="4320"/>
          </w:tcPr>
          <w:p>
            <w:r>
              <w:t>SINGAPORE</w:t>
            </w:r>
          </w:p>
        </w:tc>
      </w:tr>
      <w:tr>
        <w:tc>
          <w:tcPr>
            <w:tcW w:type="dxa" w:w="4320"/>
          </w:tcPr>
          <w:p>
            <w:r>
              <w:t>Port of Discharge (卸货港)</w:t>
            </w:r>
          </w:p>
        </w:tc>
        <w:tc>
          <w:tcPr>
            <w:tcW w:type="dxa" w:w="4320"/>
          </w:tcPr>
          <w:p>
            <w:r>
              <w:t>AQABA, JORDAN</w:t>
            </w:r>
          </w:p>
        </w:tc>
      </w:tr>
      <w:tr>
        <w:tc>
          <w:tcPr>
            <w:tcW w:type="dxa" w:w="4320"/>
          </w:tcPr>
          <w:p>
            <w:r>
              <w:t>No. of Containers (箱数)</w:t>
            </w:r>
          </w:p>
        </w:tc>
        <w:tc>
          <w:tcPr>
            <w:tcW w:type="dxa" w:w="4320"/>
          </w:tcPr>
          <w:p>
            <w:r>
              <w:t>10 x 20'FCL</w:t>
            </w:r>
          </w:p>
        </w:tc>
      </w:tr>
      <w:tr>
        <w:tc>
          <w:tcPr>
            <w:tcW w:type="dxa" w:w="4320"/>
          </w:tcPr>
          <w:p>
            <w:r>
              <w:t>Gross Wt (kgs) (毛重 KGS)</w:t>
            </w:r>
          </w:p>
        </w:tc>
        <w:tc>
          <w:tcPr>
            <w:tcW w:type="dxa" w:w="4320"/>
          </w:tcPr>
          <w:p>
            <w:r>
              <w:t>214,770</w:t>
            </w:r>
          </w:p>
        </w:tc>
      </w:tr>
      <w:tr>
        <w:tc>
          <w:tcPr>
            <w:tcW w:type="dxa" w:w="4320"/>
          </w:tcPr>
          <w:p>
            <w:r>
              <w:t>Vessel (船名)</w:t>
            </w:r>
          </w:p>
        </w:tc>
        <w:tc>
          <w:tcPr>
            <w:tcW w:type="dxa" w:w="4320"/>
          </w:tcPr>
          <w:p>
            <w:r>
              <w:t>SOLID 16 V.044NW2</w:t>
            </w:r>
          </w:p>
        </w:tc>
      </w:tr>
      <w:tr>
        <w:tc>
          <w:tcPr>
            <w:tcW w:type="dxa" w:w="4320"/>
          </w:tcPr>
          <w:p>
            <w:r>
              <w:t>Description of Goods (货名)</w:t>
            </w:r>
          </w:p>
        </w:tc>
        <w:tc>
          <w:tcPr>
            <w:tcW w:type="dxa" w:w="4320"/>
          </w:tcPr>
          <w:p>
            <w:r>
              <w:t>ASIA SYMBOL FOOD SERVICE BOARD (CUPSTOCK/HI-BULK) - ALLINONE</w:t>
            </w:r>
          </w:p>
        </w:tc>
      </w:tr>
    </w:tbl>
    <w:p>
      <w:r>
        <w:t>ORDER NO.: 3629518779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