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BILL OF LADING (DRAFT)</w:t>
      </w:r>
    </w:p>
    <w:p>
      <w:r>
        <w:t>B/L NO.(提单号): OOLU4901495427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Shipper (发货人)</w:t>
            </w:r>
          </w:p>
        </w:tc>
        <w:tc>
          <w:tcPr>
            <w:tcW w:type="dxa" w:w="4320"/>
          </w:tcPr>
          <w:p>
            <w:r>
              <w:t>APRIL FINE PAPER TRADING</w:t>
              <w:br/>
              <w:t>ON BEHALF OF VITAL SOLUTIONS PTE LTD</w:t>
              <w:br/>
              <w:t>77 ROBINSON ROAD, #21-01</w:t>
              <w:br/>
              <w:t>SINGAPORE 068896</w:t>
            </w:r>
          </w:p>
        </w:tc>
      </w:tr>
      <w:tr>
        <w:tc>
          <w:tcPr>
            <w:tcW w:type="dxa" w:w="4320"/>
          </w:tcPr>
          <w:p>
            <w:r>
              <w:t>Consignee (收货人)</w:t>
            </w:r>
          </w:p>
        </w:tc>
        <w:tc>
          <w:tcPr>
            <w:tcW w:type="dxa" w:w="4320"/>
          </w:tcPr>
          <w:p>
            <w:r>
              <w:t>HABRAS INTERNATIONAL LIMITED</w:t>
              <w:br/>
              <w:t>OFFICE 1204, THE BURLINGTON TOWER</w:t>
              <w:br/>
              <w:t>BUSINESS BAY, DUBAI, UAE</w:t>
            </w:r>
          </w:p>
        </w:tc>
      </w:tr>
      <w:tr>
        <w:tc>
          <w:tcPr>
            <w:tcW w:type="dxa" w:w="4320"/>
          </w:tcPr>
          <w:p>
            <w:r>
              <w:t>NOTIFY PARTY (通知人)</w:t>
            </w:r>
          </w:p>
        </w:tc>
        <w:tc>
          <w:tcPr>
            <w:tcW w:type="dxa" w:w="4320"/>
          </w:tcPr>
          <w:p>
            <w:r>
              <w:t>NAGAPPA EXPORTS</w:t>
              <w:br/>
              <w:t>OFFICE 1204, THE BURLINGTON TOWER</w:t>
              <w:br/>
              <w:t>BUSINESS BAY, DUBAI, UAE</w:t>
            </w:r>
          </w:p>
        </w:tc>
      </w:tr>
      <w:tr>
        <w:tc>
          <w:tcPr>
            <w:tcW w:type="dxa" w:w="4320"/>
          </w:tcPr>
          <w:p>
            <w:r>
              <w:t>POL (装货港)</w:t>
            </w:r>
          </w:p>
        </w:tc>
        <w:tc>
          <w:tcPr>
            <w:tcW w:type="dxa" w:w="4320"/>
          </w:tcPr>
          <w:p>
            <w:r>
              <w:t>RUGAO/NANTONG/SHANGHAI, CHINA</w:t>
            </w:r>
          </w:p>
        </w:tc>
      </w:tr>
      <w:tr>
        <w:tc>
          <w:tcPr>
            <w:tcW w:type="dxa" w:w="4320"/>
          </w:tcPr>
          <w:p>
            <w:r>
              <w:t>Port of Discharge (POD) (卸货港)</w:t>
            </w:r>
          </w:p>
        </w:tc>
        <w:tc>
          <w:tcPr>
            <w:tcW w:type="dxa" w:w="4320"/>
          </w:tcPr>
          <w:p>
            <w:r>
              <w:t>VALPARAISO, CHILE</w:t>
            </w:r>
          </w:p>
        </w:tc>
      </w:tr>
      <w:tr>
        <w:tc>
          <w:tcPr>
            <w:tcW w:type="dxa" w:w="4320"/>
          </w:tcPr>
          <w:p>
            <w:r>
              <w:t>No. of Containers or Packages (箱数)</w:t>
            </w:r>
          </w:p>
        </w:tc>
        <w:tc>
          <w:tcPr>
            <w:tcW w:type="dxa" w:w="4320"/>
          </w:tcPr>
          <w:p>
            <w:r>
              <w:t>1 x 20'GP</w:t>
            </w:r>
          </w:p>
        </w:tc>
      </w:tr>
      <w:tr>
        <w:tc>
          <w:tcPr>
            <w:tcW w:type="dxa" w:w="4320"/>
          </w:tcPr>
          <w:p>
            <w:r>
              <w:t>Gross Wt (kgs) (毛重 KGS)</w:t>
            </w:r>
          </w:p>
        </w:tc>
        <w:tc>
          <w:tcPr>
            <w:tcW w:type="dxa" w:w="4320"/>
          </w:tcPr>
          <w:p>
            <w:r>
              <w:t>22,603</w:t>
            </w:r>
          </w:p>
        </w:tc>
      </w:tr>
      <w:tr>
        <w:tc>
          <w:tcPr>
            <w:tcW w:type="dxa" w:w="4320"/>
          </w:tcPr>
          <w:p>
            <w:r>
              <w:t>Export Carrier (vessel, voyage) (船名)</w:t>
            </w:r>
          </w:p>
        </w:tc>
        <w:tc>
          <w:tcPr>
            <w:tcW w:type="dxa" w:w="4320"/>
          </w:tcPr>
          <w:p>
            <w:r>
              <w:t>LE HAVRE V.QI540A</w:t>
            </w:r>
          </w:p>
        </w:tc>
      </w:tr>
      <w:tr>
        <w:tc>
          <w:tcPr>
            <w:tcW w:type="dxa" w:w="4320"/>
          </w:tcPr>
          <w:p>
            <w:r>
              <w:t>Description of Goods (货名)</w:t>
            </w:r>
          </w:p>
        </w:tc>
        <w:tc>
          <w:tcPr>
            <w:tcW w:type="dxa" w:w="4320"/>
          </w:tcPr>
          <w:p>
            <w:r>
              <w:t>UNCOATED WOODFREE PAPER IN REAMS</w:t>
            </w:r>
          </w:p>
        </w:tc>
      </w:tr>
    </w:tbl>
    <w:p>
      <w:r>
        <w:t>ORDER NO.: 3851724447   FREIGHT PREPAID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