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BILL OF LADING (DRAFT)</w:t>
      </w:r>
    </w:p>
    <w:p>
      <w:r>
        <w:t>B/L NO.(提单号): OOLU1465111312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Shipper/Exporter (发货人)</w:t>
            </w:r>
          </w:p>
        </w:tc>
        <w:tc>
          <w:tcPr>
            <w:tcW w:type="dxa" w:w="4320"/>
          </w:tcPr>
          <w:p>
            <w:r>
              <w:t>APRIL FINE PAPER TRADING (MIDDLE EAST) FZE</w:t>
              <w:br/>
              <w:t>#813, 4 EA, DUBAI AIRPORT FREE ZONE</w:t>
              <w:br/>
              <w:t>P.O. BOX: 293775, DUBAI, UNITED ARAB EMIRATES</w:t>
            </w:r>
          </w:p>
        </w:tc>
      </w:tr>
      <w:tr>
        <w:tc>
          <w:tcPr>
            <w:tcW w:type="dxa" w:w="4320"/>
          </w:tcPr>
          <w:p>
            <w:r>
              <w:t>Consignee (Non-Negotiable) (收货人)</w:t>
            </w:r>
          </w:p>
        </w:tc>
        <w:tc>
          <w:tcPr>
            <w:tcW w:type="dxa" w:w="4320"/>
          </w:tcPr>
          <w:p>
            <w:r>
              <w:t>INTERNATIONAL FOREST PRODUCTS LLC</w:t>
              <w:br/>
              <w:t>6 HOLLIS STREET</w:t>
              <w:br/>
              <w:t>SUITE 100</w:t>
              <w:br/>
              <w:t>FRAMINGHAM, MA 01702, USA</w:t>
            </w:r>
          </w:p>
        </w:tc>
      </w:tr>
      <w:tr>
        <w:tc>
          <w:tcPr>
            <w:tcW w:type="dxa" w:w="4320"/>
          </w:tcPr>
          <w:p>
            <w:r>
              <w:t>Notify (通知人)</w:t>
            </w:r>
          </w:p>
        </w:tc>
        <w:tc>
          <w:tcPr>
            <w:tcW w:type="dxa" w:w="4320"/>
          </w:tcPr>
          <w:p>
            <w:r>
              <w:t>KTP CO., LTD</w:t>
              <w:br/>
              <w:t>KTP BLDG., 36 SANGWON-GIL</w:t>
              <w:br/>
              <w:t>SEOUNGDONG-GU, SEOUL, SOUTH KOREA</w:t>
              <w:br/>
              <w:t>TEL:02-2285-6025</w:t>
            </w:r>
          </w:p>
        </w:tc>
      </w:tr>
      <w:tr>
        <w:tc>
          <w:tcPr>
            <w:tcW w:type="dxa" w:w="4320"/>
          </w:tcPr>
          <w:p>
            <w:r>
              <w:t>Port of Loading (装货港)</w:t>
            </w:r>
          </w:p>
        </w:tc>
        <w:tc>
          <w:tcPr>
            <w:tcW w:type="dxa" w:w="4320"/>
          </w:tcPr>
          <w:p>
            <w:r>
              <w:t>RUGAO/NANTONG/SHANGHAI, CHINA</w:t>
            </w:r>
          </w:p>
        </w:tc>
      </w:tr>
      <w:tr>
        <w:tc>
          <w:tcPr>
            <w:tcW w:type="dxa" w:w="4320"/>
          </w:tcPr>
          <w:p>
            <w:r>
              <w:t>Discharge Port (卸货港)</w:t>
            </w:r>
          </w:p>
        </w:tc>
        <w:tc>
          <w:tcPr>
            <w:tcW w:type="dxa" w:w="4320"/>
          </w:tcPr>
          <w:p>
            <w:r>
              <w:t>BRISBANE, AUSTRALIA</w:t>
            </w:r>
          </w:p>
        </w:tc>
      </w:tr>
      <w:tr>
        <w:tc>
          <w:tcPr>
            <w:tcW w:type="dxa" w:w="4320"/>
          </w:tcPr>
          <w:p>
            <w:r>
              <w:t>No. of Containers (箱数)</w:t>
            </w:r>
          </w:p>
        </w:tc>
        <w:tc>
          <w:tcPr>
            <w:tcW w:type="dxa" w:w="4320"/>
          </w:tcPr>
          <w:p>
            <w:r>
              <w:t>4 x 20'GP</w:t>
            </w:r>
          </w:p>
        </w:tc>
      </w:tr>
      <w:tr>
        <w:tc>
          <w:tcPr>
            <w:tcW w:type="dxa" w:w="4320"/>
          </w:tcPr>
          <w:p>
            <w:r>
              <w:t>Gross Wt (kgs) (毛重 KGS)</w:t>
            </w:r>
          </w:p>
        </w:tc>
        <w:tc>
          <w:tcPr>
            <w:tcW w:type="dxa" w:w="4320"/>
          </w:tcPr>
          <w:p>
            <w:r>
              <w:t>40,176</w:t>
            </w:r>
          </w:p>
        </w:tc>
      </w:tr>
      <w:tr>
        <w:tc>
          <w:tcPr>
            <w:tcW w:type="dxa" w:w="4320"/>
          </w:tcPr>
          <w:p>
            <w:r>
              <w:t>Export Carrier (vessel, voyage) (船名)</w:t>
            </w:r>
          </w:p>
        </w:tc>
        <w:tc>
          <w:tcPr>
            <w:tcW w:type="dxa" w:w="4320"/>
          </w:tcPr>
          <w:p>
            <w:r>
              <w:t>SOLID 16 V.044NW2</w:t>
            </w:r>
          </w:p>
        </w:tc>
      </w:tr>
      <w:tr>
        <w:tc>
          <w:tcPr>
            <w:tcW w:type="dxa" w:w="4320"/>
          </w:tcPr>
          <w:p>
            <w:r>
              <w:t>Kinds of Packages; Description of Goods (货名)</w:t>
            </w:r>
          </w:p>
        </w:tc>
        <w:tc>
          <w:tcPr>
            <w:tcW w:type="dxa" w:w="4320"/>
          </w:tcPr>
          <w:p>
            <w:r>
              <w:t>COATED IVORY BOARD</w:t>
            </w:r>
          </w:p>
        </w:tc>
      </w:tr>
    </w:tbl>
    <w:p>
      <w:r>
        <w:t>ORDER NO.: 3093068538   FREIGHT PREPAID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