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BILL OF LADING (DRAFT)</w:t>
      </w:r>
    </w:p>
    <w:p>
      <w:r>
        <w:t>B/L NO.(提单号): OOLU7833321160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SHIPPER (发货人)</w:t>
            </w:r>
          </w:p>
        </w:tc>
        <w:tc>
          <w:tcPr>
            <w:tcW w:type="dxa" w:w="4320"/>
          </w:tcPr>
          <w:p>
            <w:r>
              <w:t>APRIL FINE PAPER TRADING (MIDDLE EAST) FZE</w:t>
              <w:br/>
              <w:t>#813, 4 EA, DUBAI AIRPORT FREE ZONE</w:t>
              <w:br/>
              <w:t>P.O. BOX: 293775, DUBAI, UNITED ARAB EMIRATES</w:t>
            </w:r>
          </w:p>
        </w:tc>
      </w:tr>
      <w:tr>
        <w:tc>
          <w:tcPr>
            <w:tcW w:type="dxa" w:w="4320"/>
          </w:tcPr>
          <w:p>
            <w:r>
              <w:t>To the Order of (收货人)</w:t>
            </w:r>
          </w:p>
        </w:tc>
        <w:tc>
          <w:tcPr>
            <w:tcW w:type="dxa" w:w="4320"/>
          </w:tcPr>
          <w:p>
            <w:r>
              <w:t>TOPKOPY MIDDLE EAST FZE</w:t>
              <w:br/>
              <w:t>6 HOLLIS STREET</w:t>
              <w:br/>
              <w:t>SUITE 100</w:t>
              <w:br/>
              <w:t>FRAMINGHAM, MA 01702, USA</w:t>
            </w:r>
          </w:p>
        </w:tc>
      </w:tr>
      <w:tr>
        <w:tc>
          <w:tcPr>
            <w:tcW w:type="dxa" w:w="4320"/>
          </w:tcPr>
          <w:p>
            <w:r>
              <w:t>Notify Party (通知人)</w:t>
            </w:r>
          </w:p>
        </w:tc>
        <w:tc>
          <w:tcPr>
            <w:tcW w:type="dxa" w:w="4320"/>
          </w:tcPr>
          <w:p>
            <w:r>
              <w:t>INTERNATIONAL FOREST PRODUCTS LLC</w:t>
              <w:br/>
              <w:t>6 HOLLIS STREET</w:t>
              <w:br/>
              <w:t>SUITE 100</w:t>
              <w:br/>
              <w:t>FRAMINGHAM, MA 01702, USA</w:t>
            </w:r>
          </w:p>
        </w:tc>
      </w:tr>
      <w:tr>
        <w:tc>
          <w:tcPr>
            <w:tcW w:type="dxa" w:w="4320"/>
          </w:tcPr>
          <w:p>
            <w:r>
              <w:t>Load Port (装货港)</w:t>
            </w:r>
          </w:p>
        </w:tc>
        <w:tc>
          <w:tcPr>
            <w:tcW w:type="dxa" w:w="4320"/>
          </w:tcPr>
          <w:p>
            <w:r>
              <w:t>NANTONG, CHINA</w:t>
            </w:r>
          </w:p>
        </w:tc>
      </w:tr>
      <w:tr>
        <w:tc>
          <w:tcPr>
            <w:tcW w:type="dxa" w:w="4320"/>
          </w:tcPr>
          <w:p>
            <w:r>
              <w:t>PORT OF DISCHARGE (卸货港)</w:t>
            </w:r>
          </w:p>
        </w:tc>
        <w:tc>
          <w:tcPr>
            <w:tcW w:type="dxa" w:w="4320"/>
          </w:tcPr>
          <w:p>
            <w:r>
              <w:t>SAVANNAH, US</w:t>
            </w:r>
          </w:p>
        </w:tc>
      </w:tr>
      <w:tr>
        <w:tc>
          <w:tcPr>
            <w:tcW w:type="dxa" w:w="4320"/>
          </w:tcPr>
          <w:p>
            <w:r>
              <w:t>Total Containers (箱数)</w:t>
            </w:r>
          </w:p>
        </w:tc>
        <w:tc>
          <w:tcPr>
            <w:tcW w:type="dxa" w:w="4320"/>
          </w:tcPr>
          <w:p>
            <w:r>
              <w:t>3 x 20'GP</w:t>
            </w:r>
          </w:p>
        </w:tc>
      </w:tr>
      <w:tr>
        <w:tc>
          <w:tcPr>
            <w:tcW w:type="dxa" w:w="4320"/>
          </w:tcPr>
          <w:p>
            <w:r>
              <w:t>Gross Wt (kgs) (毛重 KGS)</w:t>
            </w:r>
          </w:p>
        </w:tc>
        <w:tc>
          <w:tcPr>
            <w:tcW w:type="dxa" w:w="4320"/>
          </w:tcPr>
          <w:p>
            <w:r>
              <w:t>21,745</w:t>
            </w:r>
          </w:p>
        </w:tc>
      </w:tr>
      <w:tr>
        <w:tc>
          <w:tcPr>
            <w:tcW w:type="dxa" w:w="4320"/>
          </w:tcPr>
          <w:p>
            <w:r>
              <w:t>Vessel Name (船名)</w:t>
            </w:r>
          </w:p>
        </w:tc>
        <w:tc>
          <w:tcPr>
            <w:tcW w:type="dxa" w:w="4320"/>
          </w:tcPr>
          <w:p>
            <w:r>
              <w:t>MMSS 2507 V.257087E</w:t>
            </w:r>
          </w:p>
        </w:tc>
      </w:tr>
      <w:tr>
        <w:tc>
          <w:tcPr>
            <w:tcW w:type="dxa" w:w="4320"/>
          </w:tcPr>
          <w:p>
            <w:r>
              <w:t>Kinds of Packages; Description of Goods (货名)</w:t>
            </w:r>
          </w:p>
        </w:tc>
        <w:tc>
          <w:tcPr>
            <w:tcW w:type="dxa" w:w="4320"/>
          </w:tcPr>
          <w:p>
            <w:r>
              <w:t>PAPERONE DIGITAL COPIER PAPER</w:t>
            </w:r>
          </w:p>
        </w:tc>
      </w:tr>
    </w:tbl>
    <w:p>
      <w:r>
        <w:t>ORDER NO.: 3156686334   FREIGHT PREPAID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