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BILL OF LADING (DRAFT)</w:t>
      </w:r>
    </w:p>
    <w:p>
      <w:r>
        <w:t>B/L NO.(提单号): EGLV870534949375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Shipper/Exporter (发货人)</w:t>
            </w:r>
          </w:p>
        </w:tc>
        <w:tc>
          <w:tcPr>
            <w:tcW w:type="dxa" w:w="4320"/>
          </w:tcPr>
          <w:p>
            <w:r>
              <w:t>APRIL FINE PAPER TRADING (MIDDLE EAST) FZE</w:t>
              <w:br/>
              <w:t>#813, 4 EA, DUBAI AIRPORT FREE ZONE</w:t>
              <w:br/>
              <w:t>P.O. BOX: 293775, DUBAI, UNITED ARAB EMIRATES</w:t>
            </w:r>
          </w:p>
        </w:tc>
      </w:tr>
      <w:tr>
        <w:tc>
          <w:tcPr>
            <w:tcW w:type="dxa" w:w="4320"/>
          </w:tcPr>
          <w:p>
            <w:r>
              <w:t>CONSIGNEE (收货人)</w:t>
            </w:r>
          </w:p>
        </w:tc>
        <w:tc>
          <w:tcPr>
            <w:tcW w:type="dxa" w:w="4320"/>
          </w:tcPr>
          <w:p>
            <w:r>
              <w:t>ROXCEL TRADING GMBH</w:t>
              <w:br/>
              <w:t>OPERNRING 3-5</w:t>
              <w:br/>
              <w:t>1010 VIENNA, AUSTRIA</w:t>
            </w:r>
          </w:p>
        </w:tc>
      </w:tr>
      <w:tr>
        <w:tc>
          <w:tcPr>
            <w:tcW w:type="dxa" w:w="4320"/>
          </w:tcPr>
          <w:p>
            <w:r>
              <w:t>Notify Party/Intermediate Consignee (通知人)</w:t>
            </w:r>
          </w:p>
        </w:tc>
        <w:tc>
          <w:tcPr>
            <w:tcW w:type="dxa" w:w="4320"/>
          </w:tcPr>
          <w:p>
            <w:r>
              <w:t>NAGAPPA EXPORTS</w:t>
              <w:br/>
              <w:t>NEW NO : 23, L-BLOCK, 17TH STREET</w:t>
              <w:br/>
              <w:t>ANNA NAGAR EAST</w:t>
              <w:br/>
              <w:t>CHENNAI, TAMIL NADU 600102</w:t>
              <w:br/>
              <w:t>GST NO - 33AACFN6792L1ZU</w:t>
            </w:r>
          </w:p>
        </w:tc>
      </w:tr>
      <w:tr>
        <w:tc>
          <w:tcPr>
            <w:tcW w:type="dxa" w:w="4320"/>
          </w:tcPr>
          <w:p>
            <w:r>
              <w:t>Port of Loading (装货港)</w:t>
            </w:r>
          </w:p>
        </w:tc>
        <w:tc>
          <w:tcPr>
            <w:tcW w:type="dxa" w:w="4320"/>
          </w:tcPr>
          <w:p>
            <w:r>
              <w:t>SINGAPORE</w:t>
            </w:r>
          </w:p>
        </w:tc>
      </w:tr>
      <w:tr>
        <w:tc>
          <w:tcPr>
            <w:tcW w:type="dxa" w:w="4320"/>
          </w:tcPr>
          <w:p>
            <w:r>
              <w:t>Port of Discharge (卸货港)</w:t>
            </w:r>
          </w:p>
        </w:tc>
        <w:tc>
          <w:tcPr>
            <w:tcW w:type="dxa" w:w="4320"/>
          </w:tcPr>
          <w:p>
            <w:r>
              <w:t>BRISBANE, AUSTRALIA</w:t>
            </w:r>
          </w:p>
        </w:tc>
      </w:tr>
      <w:tr>
        <w:tc>
          <w:tcPr>
            <w:tcW w:type="dxa" w:w="4320"/>
          </w:tcPr>
          <w:p>
            <w:r>
              <w:t>Container Count (箱数)</w:t>
            </w:r>
          </w:p>
        </w:tc>
        <w:tc>
          <w:tcPr>
            <w:tcW w:type="dxa" w:w="4320"/>
          </w:tcPr>
          <w:p>
            <w:r>
              <w:t>11 x 40'HC</w:t>
            </w:r>
          </w:p>
        </w:tc>
      </w:tr>
      <w:tr>
        <w:tc>
          <w:tcPr>
            <w:tcW w:type="dxa" w:w="4320"/>
          </w:tcPr>
          <w:p>
            <w:r>
              <w:t>GROSS WEIGHT (毛重 KGS)</w:t>
            </w:r>
          </w:p>
        </w:tc>
        <w:tc>
          <w:tcPr>
            <w:tcW w:type="dxa" w:w="4320"/>
          </w:tcPr>
          <w:p>
            <w:r>
              <w:t>215,950</w:t>
            </w:r>
          </w:p>
        </w:tc>
      </w:tr>
      <w:tr>
        <w:tc>
          <w:tcPr>
            <w:tcW w:type="dxa" w:w="4320"/>
          </w:tcPr>
          <w:p>
            <w:r>
              <w:t>Vessel Name (船名)</w:t>
            </w:r>
          </w:p>
        </w:tc>
        <w:tc>
          <w:tcPr>
            <w:tcW w:type="dxa" w:w="4320"/>
          </w:tcPr>
          <w:p>
            <w:r>
              <w:t>MARCOPOLO 810 V.BS005</w:t>
            </w:r>
          </w:p>
        </w:tc>
      </w:tr>
      <w:tr>
        <w:tc>
          <w:tcPr>
            <w:tcW w:type="dxa" w:w="4320"/>
          </w:tcPr>
          <w:p>
            <w:r>
              <w:t>Description (货名)</w:t>
            </w:r>
          </w:p>
        </w:tc>
        <w:tc>
          <w:tcPr>
            <w:tcW w:type="dxa" w:w="4320"/>
          </w:tcPr>
          <w:p>
            <w:r>
              <w:t>PAPERBOARD</w:t>
            </w:r>
          </w:p>
        </w:tc>
      </w:tr>
    </w:tbl>
    <w:p>
      <w:r>
        <w:t>ORDER NO.: 3064138367   FREIGHT PREPAID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