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SIN616928451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 (Principal or Seller) (发货人)</w:t>
            </w:r>
          </w:p>
        </w:tc>
        <w:tc>
          <w:tcPr>
            <w:tcW w:type="dxa" w:w="4320"/>
          </w:tcPr>
          <w:p>
            <w:r>
              <w:t>APRIL FINE PAPER TRADING</w:t>
              <w:br/>
              <w:t>ON BEHALF OF VITAL SOLUTIONS PTE LTD</w:t>
              <w:br/>
              <w:t>77 ROBINSON ROAD, #21-01</w:t>
              <w:br/>
              <w:t>SINGAPORE 068896</w:t>
            </w:r>
          </w:p>
        </w:tc>
      </w:tr>
      <w:tr>
        <w:tc>
          <w:tcPr>
            <w:tcW w:type="dxa" w:w="4320"/>
          </w:tcPr>
          <w:p>
            <w:r>
              <w:t>Consignee (收货人)</w:t>
            </w:r>
          </w:p>
        </w:tc>
        <w:tc>
          <w:tcPr>
            <w:tcW w:type="dxa" w:w="4320"/>
          </w:tcPr>
          <w:p>
            <w:r>
              <w:t>AL GURG STATIONERY LLC</w:t>
              <w:br/>
              <w:t>P.O. BOX 5069</w:t>
              <w:br/>
              <w:t>DUBAI, UNITED ARAB EMIRATES</w:t>
            </w:r>
          </w:p>
        </w:tc>
      </w:tr>
      <w:tr>
        <w:tc>
          <w:tcPr>
            <w:tcW w:type="dxa" w:w="4320"/>
          </w:tcPr>
          <w:p>
            <w:r>
              <w:t>Notify (通知人)</w:t>
            </w:r>
          </w:p>
        </w:tc>
        <w:tc>
          <w:tcPr>
            <w:tcW w:type="dxa" w:w="4320"/>
          </w:tcPr>
          <w:p>
            <w:r>
              <w:t>AL GURG STATIONERY LLC</w:t>
              <w:br/>
              <w:t>P.O. BOX 5069</w:t>
              <w:br/>
              <w:t>DUBAI, UNITED ARAB EMIRATES</w:t>
            </w:r>
          </w:p>
        </w:tc>
      </w:tr>
      <w:tr>
        <w:tc>
          <w:tcPr>
            <w:tcW w:type="dxa" w:w="4320"/>
          </w:tcPr>
          <w:p>
            <w:r>
              <w:t>PORT OF LOADING (装货港)</w:t>
            </w:r>
          </w:p>
        </w:tc>
        <w:tc>
          <w:tcPr>
            <w:tcW w:type="dxa" w:w="4320"/>
          </w:tcPr>
          <w:p>
            <w:r>
              <w:t>SINGAPORE</w:t>
            </w:r>
          </w:p>
        </w:tc>
      </w:tr>
      <w:tr>
        <w:tc>
          <w:tcPr>
            <w:tcW w:type="dxa" w:w="4320"/>
          </w:tcPr>
          <w:p>
            <w:r>
              <w:t>POD (卸货港)</w:t>
            </w:r>
          </w:p>
        </w:tc>
        <w:tc>
          <w:tcPr>
            <w:tcW w:type="dxa" w:w="4320"/>
          </w:tcPr>
          <w:p>
            <w:r>
              <w:t>KARACHI, PAKISTAN</w:t>
            </w:r>
          </w:p>
        </w:tc>
      </w:tr>
      <w:tr>
        <w:tc>
          <w:tcPr>
            <w:tcW w:type="dxa" w:w="4320"/>
          </w:tcPr>
          <w:p>
            <w:r>
              <w:t>Total Containers (箱数)</w:t>
            </w:r>
          </w:p>
        </w:tc>
        <w:tc>
          <w:tcPr>
            <w:tcW w:type="dxa" w:w="4320"/>
          </w:tcPr>
          <w:p>
            <w:r>
              <w:t>12 x 20'FCL</w:t>
            </w:r>
          </w:p>
        </w:tc>
      </w:tr>
      <w:tr>
        <w:tc>
          <w:tcPr>
            <w:tcW w:type="dxa" w:w="4320"/>
          </w:tcPr>
          <w:p>
            <w:r>
              <w:t>Gross Wt (kgs) (毛重 KGS)</w:t>
            </w:r>
          </w:p>
        </w:tc>
        <w:tc>
          <w:tcPr>
            <w:tcW w:type="dxa" w:w="4320"/>
          </w:tcPr>
          <w:p>
            <w:r>
              <w:t>243,588</w:t>
            </w:r>
          </w:p>
        </w:tc>
      </w:tr>
      <w:tr>
        <w:tc>
          <w:tcPr>
            <w:tcW w:type="dxa" w:w="4320"/>
          </w:tcPr>
          <w:p>
            <w:r>
              <w:t>Vessel (船名)</w:t>
            </w:r>
          </w:p>
        </w:tc>
        <w:tc>
          <w:tcPr>
            <w:tcW w:type="dxa" w:w="4320"/>
          </w:tcPr>
          <w:p>
            <w:r>
              <w:t>PACIFIC SUN 1 V.251073E</w:t>
            </w:r>
          </w:p>
        </w:tc>
      </w:tr>
      <w:tr>
        <w:tc>
          <w:tcPr>
            <w:tcW w:type="dxa" w:w="4320"/>
          </w:tcPr>
          <w:p>
            <w:r>
              <w:t>Commodity (货名)</w:t>
            </w:r>
          </w:p>
        </w:tc>
        <w:tc>
          <w:tcPr>
            <w:tcW w:type="dxa" w:w="4320"/>
          </w:tcPr>
          <w:p>
            <w:r>
              <w:t>ASIA SYMBOL FOOD SERVICE BOARD (CUPSTOCK/HI-BULK) - ALLINONE</w:t>
            </w:r>
          </w:p>
        </w:tc>
      </w:tr>
    </w:tbl>
    <w:p>
      <w:r>
        <w:t>ORDER NO.: 3658202970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